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הר הסיפור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"הר הסיפור": סידור שלבי עלילה של יצירות שלמדנו ושל סיפורים מקוריים קצרים, וזיהוי אקספוזיציה, סיבוך, נקודת מפנה, שיא והתרה. מתאים לעבודה בזוגות; אפשר לגזור את שלבי שאלות הסידור לכרטיסים.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הכלב נעלם. איזה שלב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סיבוך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מישהו יושב ליד נגה. איזה שלב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התרה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ב"המחרוזת", מה נקודת המפנה?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אובדן המחרוזת וקניית מחרוזת חלופית בהלוואות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הרגע הכי מתוח ב"הקמצן"?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אי־ההבנה: הרפגון מאשים את ואלר, וואלר מודה באהבתו לאליז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בהתחלה מכירים את הדמויות והמקום.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ב"בת רבי עקיבא והנחש" נקודת המפנה היא הדרשה "וצדקה תציל ממות".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נקודת המפנה היא הסיכה שננעצת בעין הנחש בלילה; הדרשה היא ההתרה.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הרגע הכי מתוח הוא ה____.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הסיפור על נגה מ־1 עד 5.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ד → א → ב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המדרש מ־1 עד 5.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א → ה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"הכלב שלא חזר" – התאימו בין השלב לבין מה שקורה בו.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2–ד, 3–א, 4–ב,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סוף סגור ואיזה פתוח? "המחרוזת" או "הקמצן"?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"הקמצן" – סגורה: התיבה מוחזרת, שתי החתונות נקבעות, הסדר חוזר. "המחרוזת" – פתוחה ואירונית: הסיפור נגמר בגילוי, ולא יודעים מה יקרה.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לכל שלב, ואז כתבו סיפור קצר.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חמשת השלבים בסדר נכון, משפט לכל שלב; נקודת מפנה שמשנה כיוון; שיא מתוח; הסיפור תואם את התכנון;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נקודת מפנה משנה את כיוון העלילה; השיא הוא רגע המתח הגבוה ביותר. 2. בסיבוך.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הר הסיפור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🏔️ משחק הר הסיפור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רצף האירועים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plot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פתיחת הסיפור: מי, איפה ומתי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exposition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הבעיה שמתחילה את המתח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complication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שבו הכיוון של הסיפור משתנה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turning point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המתח הגדול ביותר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climax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הסוף: איך הבעיה נפתרת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resolution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ציור של העלילה כקו שעולה אל השיא ויורד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story mountain / plot diagram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 כרונולוגי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הסדר שבו הדברים קרו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chronological order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ההר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שיא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הכלב נעלם. איזה שלב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אקספוזיציה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סיבוך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בסוף מישהו יושב ליד נגה. איזה שלב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סיבוך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נקודת מפנה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ב"המחרוזת", מה נקודת המפנה?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ההזמנה לנשף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אובדן המחרוזת וקניית מחרוזת חלופית בהלוואות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הגילוי שהמחרוזת מזויפת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החלום על חיי עושר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הרגע הכי מתוח ב"הקמצן"?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התיבה נגנבת מהגן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אי־ההבנה: הרפגון מאשים את ואלר, וואלר מודה באהבתו לאליז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הרפגון רוצה לשאת את מריאן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אנסלם מתגלה כאב האבוד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בהתחלה מכירים את הדמויות והמקום.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ב"בת רבי עקיבא והנחש" נקודת המפנה היא הדרשה "וצדקה תציל ממות".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הרגע הכי מתוח הוא ה_______________.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סדרו את ההר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מ־1 עד 5.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סדרו את הסיפור על נגה מ־1 עד 5.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מבקשת מכל אחד להביא מתכון משפחתי, ונגה מחליטה להביא את עוגת הדבש של סבתה.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הטעימות, מול כל הכיתה, היא מספרת על סבתה – וקולה רועד אבל לא נעצר.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נגה עולה לכיתה ז׳ בבית ספר חדש ויושבת לבד בספסל האחרון.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ילדים בכיתה צוחקים על המבטא שלה, והיא מפסיקה לדבר בשיעורים.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מוחאת כפיים, ובהפסקה מישהו מתיישב לידה בספסל האחרון.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סדרו את המדרש מ־1 עד 5.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החתונה כולם עסוקים בסעודה, והבת נותנת את מנתה לעני שבפתח.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דורש: "וצדקה תציל ממות".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בבוקר הנחש המת נגרר אחרי הסיכה, והבת מספרת לאביה על העני.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החוזים בכוכבים מנבאים שבת רבי עקיבא תמות מנשיכת נחש ביום חתונתה.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 היא תוקעת סיכה בקיר – והסיכה פוגעת בעינו של נחש.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"הכלב שלא חזר" – התאימו בין השלב לבין מה שקורה בו.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מחליט לחפש בעצמו ומדביק מודעות בכל השכונה.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בערב מתקשרת שכנה זקנה: פלפל מצא אותה אחרי שנפלה בגינה, ונבח עד שהגיעה עזרה.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מבין שהכלב הזקן שלו הוא גיבור, והשכנה הופכת לחברה של המשפחה.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בוקר אחד, אחרי סופת ברקים, פלפל נעלם מהחצר.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לאיתי יש כלב זקן בשם פלפל, שהולך איתו כל בוקר לבית הספר.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בונים הר משלכם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איזה סוף סגור ואיזה פתוח? "המחרוזת" או "הקמצן"?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משפט לכל שלב, ואז כתבו סיפור קצר.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נקודת מפנה לשיא?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באיזה שלב מופיעה הבעיה?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הר הסיפור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