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חידון ארגז הכלים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לחידון הגדול: שאלות על מושגי ארגז הכלים (מבנה, דמויות, אמצעים, הומור) ועל ארבע היצירות. מתאים לחזרה לפני מבחן; אפשר לפתור ביחידים ולבדוק בזוגות.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דימוי?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השוואה בעזרת מילת דימוי כמו "כמו" או "כ־"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סמל?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דבר מוחשי שמייצג רעיון מופשט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סאטירה היא: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ביקורת על אנשים או חברה בדרך של צחוק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הסיום של "המחרוזת"?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המחרוזת המקורית הייתה מזויפת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"הקמצן" כתב מולייר.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הציטוט או הפרט לבין היצירה.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2–א, 3–ג,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"הוא היה עשיר בכסף ועני בחברים." – איזה אמצעי יש במשפט, ומה הוא מבליט?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(עשיר/עני): הוא מבליט שלכסף אין ערך בלי קשרים אנושיים – הבדידות שלו בולטת יותר.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בעצמכם חידון קצר לחברים (7–9 שורות): שלוש שאלות אמריקאיות על ארגז הכלים או על היצירות, לכל שאלה ארבע תשובות (אחת נכונה ושלוש מסיחות סבירות), וסמנו בצד את התשובה הנכונה עם הסבר של משפט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שלוש שאלות ברורות; ארבע תשובות לכל שאלה; מסיחים סבירים (לא מגוחכים); תשובה נכונה מסומנת עם הסבר; נכונות התוכן;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עגולה – מורכבת עם תכונות רבות; דינמית – משתנה לאורך הסיפור (דמות יכולה להיות גם וגם). 2. תשובה אישית. 3. 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"גם השנה" משויך בדף לשירי ההתחדשות (לאה גולדברג) –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"חידון ארגז הכלים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❓ חידון ארגז הכלים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חידון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מהו דימוי?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השוואה בעזרת מילת דימוי כמו "כמו" או "כ־"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מתן תכונות אנושיות לדומם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חזרה על מילה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מהו סמל?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מילה שחוזרת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דבר מוחשי שמייצג רעיון מופשט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השוואה עם "כמו"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סאטירה היא: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שיר אהבה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ביקורת על אנשים או חברה בדרך של צחוק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סיפור מפחיד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4. מה הסיום של "המחרוזת"?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מטילדה מתעשרת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המחרוזת נמצאה ברחוב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המחרוזת המקורית הייתה מזויפת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נכון/לא נכון, התאמה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נכון או לא נכון. חברו קו.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את "הקמצן" כתב מולייר.      ◯ נכון   ◯ לא נכון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התאימו בין הציטוט או הפרט לבין היצירה.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"מי יודע? מי יודע?"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הקמצן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"בלי נדוניה!"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המחרוזת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"וצדקה תציל ממות"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בת רבי עקיבא והנחש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"קולה מתנגן כעוד"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וידוי הגדול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מסבירים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"הוא היה עשיר בכסף ועני בחברים." – איזה אמצעי יש במשפט, ומה הוא מבליט?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כתבו בעצמכם חידון קצר לחברים (7–9 שורות): שלוש שאלות אמריקאיות על ארגז הכלים או על היצירות, לכל שאלה ארבע תשובות (אחת נכונה ושלוש מסיחות סבירות), וסמנו בצד את התשובה הנכונה עם הסבר של 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ההבדל בין דמות עגולה לדמות דינמית?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איזו שאלה בחידון הייתה הכי קשה לכם,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ארגז הכלים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