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חידון ארגז הכלים – דף תרגול (עולים)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גרסת נייר לחידון הגדול: שאלות על מושגי ארגז הכלים (מבנה, דמויות, אמצעים, הומור) ועל ארבע היצירות. מתאים לחזרה לפני מבחן; אפשר לפתור ביחידים ולבדוק בזוגות.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עולים: גרסת עולים: מילון מילים בראש הדף, הוראות קצרות בעברית פשוטה, מחסן מילים להשלמות. מומלץ לעבוד בזוגות ולאפשר שימוש במילון.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זה דימוי?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השוואה בעזרת מילת דימוי כמו "כמו" או "כ־"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ההבדל בין מטאפורה לדימוי?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במטאפורה אין מילת דימוי – ההשוואה ישירה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זה סמל?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דבר מוחשי שמייצג רעיון מופשט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אפיון עקיף הוא כשהמספר: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נותן לנו להסיק תכונות ממעשים ודיבור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מספר יודע־כול הוא מספר ש: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מכיר את המחשבות והרגשות של כל הדמויות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זו סאטירה?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ביקורת על אנשים או חברה בדרך של צחוק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מהו מדרש?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סיפור קצר מספרות חז״ל שמלמד רעיון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קורה בסוף "המחרוזת"?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המחרוזת המקורית הייתה מזויפת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מולייר כתב את "הקמצן".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 פלש, משרתו של קלאנט, גונב את התיבה.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במדרש, הנחש נהרג בחרב.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הנחש נהרג בסיכת הראש של הבת.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חברו כל משפט ליצירה שלו.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1–ד, 2–ג, 3–ב, 4–א, 5–ה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אמצעי יש כאן? מה הוא מראה?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 (עשיר/עני): הוא מבליט שלכסף אין ערך בלי קשרים אנושיים – הבדידות שלו בולטת יותר.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3 שאלות לחידון, עם 4 תשובות לכל שאלה. סמנו את הנכונה.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קריטריונים: שלוש שאלות ברורות; ארבע תשובות לכל שאלה; מסיחים סבירים (לא מגוחכים); תשובה נכונה מסומנת עם הסבר; נכונות התוכן; לשון תקינה.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עגולה – מורכבת עם תכונות רבות; דינמית – משתנה לאורך הסיפור (דמות יכולה להיות גם וגם). 2. תשובה אישית. 3. תשובה אישית.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"גם השנה" משויך בדף לשירי ההתחדשות (לאה גולדברג) – לוודא מול המקראה.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"חידון ארגז הכלים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❓ חידון ארגז הכלים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🌍 עולים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📖 מילים שכדאי לדעת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בעברית קלה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English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השוואה עם מילת השוואה: כמו, כ־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simile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מטאפורה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השוואה בלי מילת השוואה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metaphor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סמל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דבר מוחשי שמייצג רעיון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symbol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אירוניה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פער בין מה שנראה למה שקורה באמת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irony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עגולה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מורכבת עם הרבה צדדים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round character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דינמית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שמשתנה במהלך הסיפור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dynamic character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מדרש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סיפור או פירוש מהמסורת היהודית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midrash (rabbinic tale)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סאטירה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ביקורת על אנשים או חברה בדרך של צחוק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satire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אפיון עקיף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מבינים את התכונה ממעשים ומדיבור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indirect characterization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מספר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הקול שמספר את הסיפור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narrator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חידון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תשובה אחת.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זה דימוי?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השוואה בעזרת מילת דימוי כמו "כמו" או "כ־"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מתן תכונות אנושיות לדומם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חזרה על מילה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סיום מפתיע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ההבדל בין מטאפורה לדימוי?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אין הבדל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במטאפורה אין מילת דימוי – ההשוואה ישירה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מטאפורה תמיד מצחיקה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דימוי תמיד בשיר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זה סמל?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מילה שחוזרת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דבר מוחשי שמייצג רעיון מופשט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השוואה עם "כמו"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דמות ראשית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אפיון עקיף הוא כשהמספר: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כותב במפורש "היא נדיבה"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נותן לנו להסיק תכונות ממעשים ודיבור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מתאר מזג אוויר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מציג תוכן עניינים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מספר יודע־כול הוא מספר ש: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יודע רק מה שהגיבור יודע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הוא אחת הדמויות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מכיר את המחשבות והרגשות של כל הדמויות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אינו יודע דבר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מה זו סאטירה?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שיר אהבה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ביקורת על אנשים או חברה בדרך של צחוק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סיפור מפחיד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תיאור טבע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מהו מדרש?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סוג של שיר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מחזה מצחיק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רומן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סיפור קצר מספרות חז״ל שמלמד רעיון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8. מה קורה בסוף "המחרוזת"?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מטילדה מתעשרת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המחרוזת נמצאה ברחוב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המחרוזת המקורית הייתה מזויפת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הבעל עוזב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נכון/לא נכון, התאמה ומיון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נכון או לא נכון. חברו קו.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מולייר כתב את "הקמצן".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לה פלש, משרתו של קלאנט, גונב את התיבה.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במדרש, הנחש נהרג בחרב.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חברו כל משפט ליצירה שלו.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"מי יודע? מי יודע?"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וידוי הגדול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"בלי נדוניה!"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בת רבי עקיבא והנחש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"וצדקה תציל ממות"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הקמצן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"קולה מתנגן כעוד"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המחרוזת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"גם השנה"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שירי התחדשות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מסבירים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משפטים מלאים.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איזה אמצעי יש כאן? מה הוא מראה?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14. כתבו 3 שאלות לחידון, עם 4 תשובות לכל שאלה. סמנו את הנכונה.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ההבדל בין דמות עגולה לדמות דינמית?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איזו שאלה בחידון הייתה הכי קשה לכם, ולמה?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היום הבנתי ש...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חידון ארגז הכלים – דף תרגול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