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חידון ארגז הכלים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גרסת נייר לחידון הגדול: שאלות על מושגי ארגז הכלים (מבנה, דמויות, אמצעים, הומור) ועל ארבע היצירות. מתאים לחזרה לפני מבחן; אפשר לפתור ביחידים ולבדוק בזוגות.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דימוי?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השוואה בעזרת מילת דימוי כמו "כמו" או "כ־"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ההבדל בין מטאפורה לדימוי?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במטאפורה אין מילת דימוי – ההשוואה ישירה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סמל?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דבר מוחשי שמייצג רעיון מופשט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אפיון עקיף הוא כשהמספר: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נותן לנו להסיק תכונות ממעשים ודיבור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מספר יודע־כול הוא מספר ש: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מכיר את המחשבות והרגשות של כל הדמויות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סאטירה היא: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ביקורת על אנשים או חברה בדרך של צחוק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מהו מדרש?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סיפור קצר מספרות חז״ל שמלמד רעיון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הסיום של "המחרוזת"?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המחרוזת המקורית הייתה מזויפת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את "הקמצן" כתב מולייר.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 פלש, משרתו של קלאנט, גונב את התיבה.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במדרש, הנחש נהרג בחרב.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הנחש נהרג בסיכת הראש של הבת.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התאימו בין הציטוט או הפרט לבין היצירה.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1–ב, 2–ה, 3–ד, 4–ג, 5–א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כל מושג לתחום שלו בארגז הכלים.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מבנה: אקספוזיציה، נקודת מפנה، שיא | דמויות: דמות עגולה، אפיון עקיף، דמות טיפוסית | אמצעים: האנשה، ניגוד، אירוניה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"הוא היה עשיר בכסף ועני בחברים." – איזה אמצעי יש במשפט, ומה הוא מבליט?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ניגוד (עשיר/עני): הוא מבליט שלכסף אין ערך בלי קשרים אנושיים – הבדידות שלו בולטת יותר.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מסמלת המחרוזת בסיפור של מופאסן? הסבירו במשפט או שניים.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הופעה חיצונית ועושר מדומה: מטילדה רצתה להיראות עשירה, והמחרוזת – כמו החלום שלה – הייתה מזויפת.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בעצמכם חידון קצר לחברים (7–9 שורות): שלוש שאלות אמריקאיות על ארגז הכלים או על היצירות, לכל שאלה ארבע תשובות (אחת נכונה ושלוש מסיחות סבירות), וסמנו בצד את התשובה הנכונה עם הסבר של משפט אחד.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שלוש שאלות ברורות; ארבע תשובות לכל שאלה; מסיחים סבירים (לא מגוחכים); תשובה נכונה מסומנת עם הסבר; נכונות התוכן;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עגולה – מורכבת עם תכונות רבות; דינמית – משתנה לאורך הסיפור (דמות יכולה להיות גם וגם). 2. תשובה אישית. 3. תשובה אישית.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"גם השנה" משויך בדף לשירי ההתחדשות (לאה גולדברג) – לוודא מול המקראה.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"חידון ארגז הכלים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❓ חידון ארגז הכלים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חידון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התשובה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מהו דימוי?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השוואה בעזרת מילת דימוי כמו "כמו" או "כ־"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מתן תכונות אנושיות לדומם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חזרה על מילה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סיום מפתיע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מה ההבדל בין מטאפורה לדימוי?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אין הבדל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במטאפורה אין מילת דימוי – ההשוואה ישירה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מטאפורה תמיד מצחיקה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דימוי תמיד בשיר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מהו סמל?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מילה שחוזרת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דבר מוחשי שמייצג רעיון מופשט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השוואה עם "כמו"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דמות ראשית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אפיון עקיף הוא כשהמספר: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כותב במפורש "היא נדיבה"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נותן לנו להסיק תכונות ממעשים ודיבור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מתאר מזג אוויר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מציג תוכן עניינים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מספר יודע־כול הוא מספר ש: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יודע רק מה שהגיבור יודע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הוא אחת הדמויות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מכיר את המחשבות והרגשות של כל הדמויות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אינו יודע דבר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סאטירה היא: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שיר אהבה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ביקורת על אנשים או חברה בדרך של צחוק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סיפור מפחיד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תיאור טבע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7. מהו מדרש?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סוג של שיר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מחזה מצחיק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רומן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סיפור קצר מספרות חז״ל שמלמד רעיון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8. מה הסיום של "המחרוזת"?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מטילדה מתעשרת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המחרוזת נמצאה ברחוב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המחרוזת המקורית הייתה מזויפת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הבעל עוזב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נכון/לא נכון, התאמה ומיון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קבעו נכון או לא נכון ותקנו, התאימו ומיינו.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את "הקמצן" כתב מולייר.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לה פלש, משרתו של קלאנט, גונב את התיבה.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במדרש, הנחש נהרג בחרב.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התאימו בין הציטוט או הפרט לבין היצירה.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"מי יודע? מי יודע?"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שירי התחדשות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"בלי נדוניה!"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המחרוזת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"וצדקה תציל ממות"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וידוי הגדול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"קולה מתנגן כעוד"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בת רבי עקיבא והנחש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"גם השנה"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הקמצן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מיינו כל מושג לתחום שלו בארגז הכלים.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האנשה   ·   אירוניה   ·   דמות עגולה   ·   ניגוד   ·   נקודת מפנה   ·   שיא   ·   דמות טיפוסית   ·   אפיון עקיף   ·   אקספוזיציה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מבנה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דמויות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אמצעים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מסבירים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ענו במשפטים מלאים.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"הוא היה עשיר בכסף ועני בחברים." – איזה אמצעי יש במשפט, ומה הוא מבליט?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15. מה מסמלת המחרוזת בסיפור של מופאסן? הסבירו במשפט או שניים.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16. כתבו בעצמכם חידון קצר לחברים (7–9 שורות): שלוש שאלות אמריקאיות על ארגז הכלים או על היצירות, לכל שאלה ארבע תשובות (אחת נכונה ושלוש מסיחות סבירות), וסמנו בצד את התשובה הנכונה עם הסבר של משפט אחד.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דמות עגולה לדמות דינמית?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איזו שאלה בחידון הייתה הכי קשה לכם,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חידון ארגז הכלים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