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משחק תכונה והוכחה – דף תרגול (חנ״מ)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גרסת נייר למשחק התכונות: התאמת תכונה להוכחה מן הטקסט אצל דמויות מ"המחרוזת", מ"הקמצן" ומהמדרש, ותרגול כתיבת טענה + ביסוס + הסבר. מתאים להכנה לשאלת אפיון במבחן.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חנ״מ: גרסת חנ״מ: פחות פריטים, עד 3 אפשרויות בכל שאלה, מחסן מילים להשלמות, גופן גדול ושורות רחבות. להקריא בקול, בלי הגבלת זמן, לאפשר מענה בעל־פה. אחרי שתי טעויות לתת רמז מכוון (לא את התשובה).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איזו תכונה מוכיח המשפט: "מוותר על הכסף שחסך לרובה ציד ומשעבד את עתידו למען אשתו"?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מסור ומקריב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"אחרי הגנבה חושד בכולם – אפילו תופס את זרועו שלו." – איזו תכונה של הרפגון?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חשדן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איזו תכונה של בת רבי עקיבא נלמדת מכך שהיא מספרת על מעשה החסד רק כשאביה שואל?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צנועה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"המחרוזת" – התאימו בין התכונה לבין ההוכחה.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1–ד, 2–ב, 3–ג, 4–א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"הקמצן" – התאימו בין הדמות והתכונה לבין ההוכחה.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1–ב, 2–ג, 3–ד, 4–א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שלושה משפטים על הרפגון: טענה (תכונה אחת), ביסוס מן המחזה, והסבר איך הביסוס מוכיח את התכונה.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למשל: הרפגון קמצן. הוא מוכן להשיא את בתו לאיש מבוגר רק כי הוא לוקח אותה "בלי נדוניה". כלומר, הכסף חשוב לו יותר מאושרה של בתו.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דמות אחת (מטילדה, הרפגון או בת רבי עקיבא) וכתבו פסקת אפיון (7–9 שורות) עם שתי תכונות. לכל תכונה: טענה, ביסוס מן הטקסט והסבר. סיימו במשפט: מה התכונות האלה תורמות לסיפור?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קריטריונים: שתי תכונות מדויקות; לכל אחת ביסוס נאמן לטקסט והסבר; מילות קישור (בנוסף, לעומת זאת, לכן); משפט סיום על תרומת התכונות לעלילה או למסר; לשון תקינה.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מעשה או דיבור מן הטקסט שמראה את התכונה. 2. למשל: גאה – מעדיפה להסתיר את האובדן ולשקוע בחובות. 3. תשובה אישית.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"משחק תכונה והוכחה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🔍 משחק תכונה והוכחה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30"/>
          <w:rtl/>
          <w:szCs w:val="30"/>
          <w:bCs/>
        </w:rPr>
        <w:t>מסלול: 💛 חנ״מ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8A6A00"/>
          <w:sz w:val="28"/>
          <w:rtl/>
          <w:szCs w:val="28"/>
        </w:rPr>
        <w:t>🔊 אפשר לבקש מהמורה להקריא כל שאלה. אין הגבלת זמן. מותר לענות בעל־פה או לסמן.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תכונה ודמות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סמנו תשובה אחת. כתבו נכון או לא נכון.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1. איזו תכונה מוכיח המשפט: "מוותר על הכסף שחסך לרובה ציד ומשעבד את עתידו למען אשתו"?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קמצן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מסור ומקריב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ערמומי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2. "אחרי הגנבה חושד בכולם – אפילו תופס את זרועו שלו." – איזו תכונה של הרפגון?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נדיב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חשדן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צנוע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3. איזו תכונה של בת רבי עקיבא נלמדת מכך שהיא מספרת על מעשה החסד רק כשאביה שואל?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גאוותנית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צנועה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פחדנית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התאמה ומיון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חברו קו. מיינו לטבלה.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4. "המחרוזת" – התאימו בין התכונה לבין ההוכחה.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מטילדה – חולמנית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מתלהב מתבשיל ביתי פשוט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מטילדה – גאה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מעדיפה להסתיר את האובדן ולשקוע בחובות מאשר להודות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גברת פורסטייה – נדיבה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משאילה את תכשיטיה בלי היסוס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מר לואזל – מסתפק במועט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חולמת על ארמונות וכלי כסף בזמן שבעלה שמח בתבשיל פשוט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5. "הקמצן" – התאימו בין הדמות והתכונה לבין ההוכחה.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הרפגון – קמצן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מאשים את ואלר בגנבה כי כעס עליו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הרפגון – אנוכי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מוכן להשיא את בתו לאיש מבוגר רק כי הוא לוקח אותה "בלי נדוניה"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קלאנט – מרדן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מתחרה בבנו על אותה נערה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ז׳אק – נקמן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מתעמת עם אביו ומשתמש בתיבה כדי לזכות במריאן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כותבים פסקת אפיון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כתבו: תכונה – הוכחה – הסבר.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6. כתבו שלושה משפטים על הרפגון: טענה (תכונה אחת), ביסוס מן המחזה, והסבר איך הביסוס מוכיח את התכונה.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7. בחרו דמות אחת (מטילדה, הרפגון או בת רבי עקיבא) וכתבו פסקת אפיון (7–9 שורות) עם שתי תכונות. לכל תכונה: טענה, ביסוס מן הטקסט והסבר. סיימו במשפט: מה התכונות האלה תורמות לסיפור?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34"/>
          <w:rtl/>
          <w:szCs w:val="34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1. מהו ביסוס (הוכחה) בפסקת אפיון?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כתבו תכונה אחת של מטילדה והוכחה אחת.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משחק תכונה והוכחה – דף תרגול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