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תכונה והוכחה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התכונות: התאמת תכונה להוכחה מן הטקסט אצל דמויות מ"המחרוזת", מ"הקמצן" ומהמדרש, ותרגול כתיבת טענה + ביסוס + הסבר. מתאים להכנה לשאלת אפיון במבחן.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 לואזל נותן את הכסף שלו לאשתו. מה התכונה?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מסור ומקריב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 חושד בכולם. מה התכונה?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חשדן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"מחמיאה להרפגון על מראהו הצעיר כדי לקבל ממנו כסף." – מיהי הדמות ומה תכונתה?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פרוסין – חנפנית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הבת לא מספרת על המעשה הטוב שלה. מה התכונה?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צנועה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 לואזל שמח באוכל פשוט – הוא מסתפק במועט.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ז׳אק מאשים את ואלר בגנבה כי ראה אותו גונב את התיבה.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ז׳אק מאשים את ואלר כי כעס עליו – זה מראה שהוא נקמן; את התיבה גנב לה פלש.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ואלר מסכים עם כל מילה של הרפגון כדי להישאר קרוב לאליז – זה מראה שהוא ערמומי.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עובדת קשה עשר שנים. היא חרוצה ו____.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אחראית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תכונה להוכחה.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2–ב, 3–א,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תכונה להוכחה.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2–א, 3–ב,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על הרפגון: תכונה, מה הוא עשה, ולמה זה מוכיח.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הרפגון קמצן. הוא מוכן להשיא את בתו לאיש מבוגר רק כי הוא לוקח אותה "בלי נדוניה". כלומר, הכסף חשוב לו יותר מאושרה של בתו.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על דמות אחת: שתי תכונות, הוכחה לכל אחת והסבר.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שתי תכונות מדויקות; לכל אחת ביסוס נאמן לטקסט והסבר; מילות קישור (בנוסף, לעומת זאת, לכן); משפט סיום על תרומת התכונות לעלילה או למסר;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מעשה או דיבור מן הטקסט שמראה את התכונה. 2. למשל: גאה – מעדיפה להסתיר את האובדן ולשקוע בחובות.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תכונה והוכחה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🔍 משחק תכונה והוכחה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הדמות: אמיצה, קנאית, נדיבה…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trait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הוכחה (ביסוס)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מעשה או דיבור מן הטקסט שמראה את התכונה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evidence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אפיון עקיף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מבינים את התכונה ממעשים ומדיבור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indirect characterization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שאני אומר/ת על הדמות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claim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חשדן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סומך על אף אחד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suspicious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ערמומי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משיג מה שהוא רוצה בתחבולות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cunning / sly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חנפן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מחמיא כדי לקבל משהו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flatterer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רוצה להחזיר רעה למי שפגע בו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vengeful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תכונה ודמות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אחראית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מר לואזל נותן את הכסף שלו לאשתו. מה התכונה?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קמצן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מסור ומקריב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ערמומי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חשדן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הרפגון חושד בכולם. מה התכונה?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נדיב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חשדן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צנוע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נאמן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"מחמיאה להרפגון על מראהו הצעיר כדי לקבל ממנו כסף." – מיהי הדמות ומה תכונתה?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אליז – רגישה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פרוסין – חנפנית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מריאן – כנה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גברת פורסטייה – נדיבה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הבת לא מספרת על המעשה הטוב שלה. מה התכונה?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גאוותנית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צנועה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פחדנית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שקרנית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מר לואזל שמח באוכל פשוט – הוא מסתפק במועט.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ז׳אק מאשים את ואלר בגנבה כי ראה אותו גונב את התיבה.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ואלר מסכים עם כל מילה של הרפגון כדי להישאר קרוב לאליז – זה מראה שהוא ערמומי.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מטילדה עובדת קשה עשר שנים. היא חרוצה ו_______________.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קו. מיינו לטבלה.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חברו תכונה להוכחה.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– חולמנית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משאילה את תכשיטיה בלי היסוס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– גאה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מעדיפה להסתיר את האובדן ולשקוע בחובות מאשר להודות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גברת פורסטייה – נדיבה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חולמת על ארמונות וכלי כסף בזמן שבעלה שמח בתבשיל פשוט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 לואזל – מסתפק במועט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מתלהב מתבשיל ביתי פשוט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חברו תכונה להוכחה.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 – קמצן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מתחרה בבנו על אותה נערה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 – אנוכי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מתעמת עם אביו ומשתמש בתיבה כדי לזכות במריאן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קלאנט – מרדן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מוכן להשיא את בתו לאיש מבוגר רק כי הוא לוקח אותה "בלי נדוניה"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ז׳אק – נקמן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מאשים את ואלר בגנבה כי כעס עליו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פסקת אפיון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כתבו: תכונה – הוכחה – הסבר.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על הרפגון: תכונה, מה הוא עשה, ולמה זה מוכיח.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על דמות אחת: שתי תכונות, הוכחה לכל אחת והסבר.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מהו ביסוס (הוכחה) בפסקת אפיון?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תכונה אחת של מטילדה והוכחה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תכונה והוכחה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