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משחק תכונה והוכחה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התכונות: התאמת תכונה להוכחה מן הטקסט אצל דמויות מ"המחרוזת", מ"הקמצן" ומהמדרש, ותרגול כתיבת טענה + ביסוס + הסבר. מתאים להכנה לשאלת אפיון במבחן.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תכונה מוכיח המשפט: "מוותר על הכסף שחסך לרובה ציד ומשעבד את עתידו למען אשתו"?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מסור ומקריב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"אחרי הגנבה חושד בכולם – אפילו תופס את זרועו שלו." – איזו תכונה של הרפגון?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חשדן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"מחמיאה להרפגון על מראהו הצעיר כדי לקבל ממנו כסף." – מיהי הדמות ומה תכונתה?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פרוסין – חנפנית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תכונה של בת רבי עקיבא נלמדת מכך שהיא מספרת על מעשה החסד רק כשאביה שואל?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צנועה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"מתלהב מתבשיל ביתי פשוט" מוכיח שמר לואזל מסתפק במועט.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ז׳אק מאשים את ואלר בגנבה כי ראה אותו גונב את התיבה.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ז׳אק מאשים את ואלר כי כעס עליו – זה מראה שהוא נקמן; את התיבה גנב לה פלש.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ואלר מסכים עם כל מילה של הרפגון כדי להישאר קרוב לאליז – זה מראה שהוא ערמומי.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עושה בעצמה עבודות בית קשות במשך עשר שנים עד שהחוב משולם; זה מוכיח שהיא חרוצה ו____.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אחראית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"המחרוזת" – התאימו בין התכונה לבין ההוכחה.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3–ג,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"הקמצן" – התאימו בין הדמות והתכונה לבין ההוכחה.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3–א,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התכונות: חיובית, שלילית, או תלויה בהקשר?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חיובית: נדיבה، צנועה، רגישה לזולת | שלילית: חשדן، חנפנית، אנוכי | תלויה בהקשר: שאפתנית، חולמנית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רבי עקיבא "דואג מאוד מהנבואה אך אינו מספר לבתו". אילו שתי תכונות זה מראה? נמקו.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 דואג (דואג מאוד לבתו) ומאופק (שומר את הדאגה לעצמו ולא מפחיד אותה).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שלושה משפטים על הרפגון: טענה (תכונה אחת), ביסוס מן המחזה, והסבר איך הביסוס מוכיח את התכונה.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הרפגון קמצן. הוא מוכן להשיא את בתו לאיש מבוגר רק כי הוא לוקח אותה "בלי נדוניה". כלומר, הכסף חשוב לו יותר מאושרה של בתו.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דמות אחת (מטילדה, הרפגון או בת רבי עקיבא) וכתבו פסקת אפיון (7–9 שורות) עם שתי תכונות. לכל תכונה: טענה, ביסוס מן הטקסט והסבר. סיימו במשפט: מה התכונות האלה תורמות לסיפור?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שתי תכונות מדויקות; לכל אחת ביסוס נאמן לטקסט והסבר; מילות קישור (בנוסף, לעומת זאת, לכן); משפט סיום על תרומת התכונות לעלילה או למסר;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מעשה או דיבור מן הטקסט שמראה את התכונה. 2. למשל: גאה – מעדיפה להסתיר את האובדן ולשקוע בחובות.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"משחק תכונה והוכחה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🔍 משחק תכונה והוכחה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תכונה ודמות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איזו תכונה מוכיח המשפט: "מוותר על הכסף שחסך לרובה ציד ומשעבד את עתידו למען אשתו"?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קמצן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מסור ומקריב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ערמומי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חשדן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"אחרי הגנבה חושד בכולם – אפילו תופס את זרועו שלו." – איזו תכונה של הרפגון?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נדיב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חשדן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צנוע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נאמן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"מחמיאה להרפגון על מראהו הצעיר כדי לקבל ממנו כסף." – מיהי הדמות ומה תכונתה?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אליז – רגישה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פרוסין – חנפנית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מריאן – כנה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גברת פורסטייה – נדיבה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תכונה של בת רבי עקיבא נלמדת מכך שהיא מספרת על מעשה החסד רק כשאביה שואל?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גאוותנית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צנועה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פחדנית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שקרנית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"מתלהב מתבשיל ביתי פשוט" מוכיח שמר לואזל מסתפק במועט.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ז׳אק מאשים את ואלר בגנבה כי ראה אותו גונב את התיבה.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ואלר מסכים עם כל מילה של הרפגון כדי להישאר קרוב לאליז – זה מראה שהוא ערמומי.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מטילדה עושה בעצמה עבודות בית קשות במשך עשר שנים עד שהחוב משולם; זה מוכיח שהיא חרוצה ו_______________.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ומיינו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"המחרוזת" – התאימו בין התכונה לבין ההוכחה.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– חולמנית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מעדיפה להסתיר את האובדן ולשקוע בחובות מאשר להודות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– גאה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חולמת על ארמונות וכלי כסף בזמן שבעלה שמח בתבשיל פשוט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גברת פורסטייה – נדיבה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משאילה את תכשיטיה בלי היסוס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 – מסתפק במועט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מתלהב מתבשיל ביתי פשוט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"הקמצן" – התאימו בין הדמות והתכונה לבין ההוכחה.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– קמצן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מתעמת עם אביו ומשתמש בתיבה כדי לזכות במריאן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– אנוכי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מאשים את ואלר בגנבה כי כעס עליו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קלאנט – מרדן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מתחרה בבנו על אותה נערה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ז׳אק – נקמן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מוכן להשיא את בתו לאיש מבוגר רק כי הוא לוקח אותה "בלי נדוניה"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מיינו את התכונות: חיובית, שלילית, או תלויה בהקשר?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רגישה לזולת   ·   נדיבה   ·   אנוכי   ·   חשדן   ·   צנועה   ·   שאפתנית   ·   חנפנית   ·   חולמנית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חיובית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שלילית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תלויה בהקשר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רבי עקיבא "דואג מאוד מהנבואה אך אינו מספר לבתו". אילו שתי תכונות זה מראה? 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פסקת אפיון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המבנה: טענה (תכונה) + ביסוס (מעשה או דיבור) + הסבר.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שלושה משפטים על הרפגון: טענה (תכונה אחת), ביסוס מן המחזה, והסבר איך הביסוס מוכיח את התכונה.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בחרו דמות אחת (מטילדה, הרפגון או בת רבי עקיבא) וכתבו פסקת אפיון (7–9 שורות) עם שתי תכונות. לכל תכונה: טענה, ביסוס מן הטקסט והסבר. סיימו במשפט: מה התכונות האלה תורמות לסיפור?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ביסוס (הוכחה) בפסקת אפיון?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תכונה אחת של מטילדה והוכחה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תכונה והוכחה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